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7CF0" w14:textId="5A71D10C" w:rsidR="00ED2969" w:rsidRDefault="00F640DC">
      <w:pPr>
        <w:spacing w:after="0"/>
        <w:jc w:val="center"/>
        <w:rPr>
          <w:rFonts w:hint="eastAsia"/>
        </w:rPr>
      </w:pPr>
      <w:r>
        <w:rPr>
          <w:rFonts w:ascii="Georgia" w:hAnsi="Georgia"/>
          <w:noProof/>
          <w:color w:val="6B2F0B"/>
          <w:sz w:val="46"/>
        </w:rPr>
        <w:drawing>
          <wp:anchor distT="0" distB="0" distL="114300" distR="114300" simplePos="0" relativeHeight="251658240" behindDoc="1" locked="0" layoutInCell="1" allowOverlap="1" wp14:anchorId="5B6DA7CD" wp14:editId="420F4E7D">
            <wp:simplePos x="0" y="0"/>
            <wp:positionH relativeFrom="column">
              <wp:posOffset>567690</wp:posOffset>
            </wp:positionH>
            <wp:positionV relativeFrom="paragraph">
              <wp:posOffset>43815</wp:posOffset>
            </wp:positionV>
            <wp:extent cx="626110" cy="662940"/>
            <wp:effectExtent l="0" t="0" r="2540" b="3810"/>
            <wp:wrapNone/>
            <wp:docPr id="779593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93014" name="Picture 7795930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/>
          <w:color w:val="6B2F0B"/>
          <w:sz w:val="46"/>
        </w:rPr>
        <w:t>AGUAS</w:t>
      </w:r>
    </w:p>
    <w:p w14:paraId="6355C14D" w14:textId="77777777" w:rsidR="00ED2969" w:rsidRDefault="00F640DC">
      <w:pPr>
        <w:spacing w:after="0"/>
        <w:jc w:val="center"/>
        <w:rPr>
          <w:rFonts w:hint="eastAsia"/>
        </w:rPr>
      </w:pPr>
      <w:r>
        <w:rPr>
          <w:rFonts w:ascii="Georgia" w:hAnsi="Georgia"/>
          <w:color w:val="6B2F0B"/>
          <w:sz w:val="21"/>
        </w:rPr>
        <w:t>Latino Counseling Services, LLC</w:t>
      </w:r>
    </w:p>
    <w:p w14:paraId="6BE59710" w14:textId="7D721C51" w:rsidR="00ED2969" w:rsidRDefault="00F640DC">
      <w:pPr>
        <w:spacing w:after="40"/>
        <w:jc w:val="center"/>
        <w:rPr>
          <w:rFonts w:hint="eastAsia"/>
        </w:rPr>
      </w:pPr>
      <w:r>
        <w:rPr>
          <w:b/>
          <w:color w:val="2E6675"/>
          <w:sz w:val="24"/>
        </w:rPr>
        <w:t xml:space="preserve">OUTPATIENT </w:t>
      </w:r>
      <w:r>
        <w:rPr>
          <w:b/>
          <w:color w:val="2E6675"/>
          <w:sz w:val="24"/>
        </w:rPr>
        <w:t>REFERRAL FORM</w:t>
      </w:r>
    </w:p>
    <w:p w14:paraId="61E136D3" w14:textId="77777777" w:rsidR="00ED2969" w:rsidRDefault="00F640DC">
      <w:pPr>
        <w:spacing w:after="60"/>
        <w:jc w:val="center"/>
        <w:rPr>
          <w:rFonts w:hint="eastAsia"/>
        </w:rPr>
      </w:pPr>
      <w:r>
        <w:rPr>
          <w:i/>
          <w:color w:val="555555"/>
          <w:sz w:val="15"/>
        </w:rPr>
        <w:t>For courts, probation/pretrial, attorneys, social services, schools, health care providers and community agencies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0"/>
        <w:gridCol w:w="4608"/>
      </w:tblGrid>
      <w:tr w:rsidR="00ED2969" w14:paraId="7D472BC0" w14:textId="77777777">
        <w:trPr>
          <w:jc w:val="center"/>
        </w:trPr>
        <w:tc>
          <w:tcPr>
            <w:tcW w:w="11088" w:type="dxa"/>
            <w:gridSpan w:val="2"/>
            <w:shd w:val="clear" w:color="auto" w:fill="D8C8A8"/>
            <w:tcMar>
              <w:top w:w="35" w:type="dxa"/>
              <w:left w:w="65" w:type="dxa"/>
              <w:bottom w:w="35" w:type="dxa"/>
              <w:right w:w="65" w:type="dxa"/>
            </w:tcMar>
          </w:tcPr>
          <w:p w14:paraId="180119CA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color w:val="6B2F0B"/>
                <w:sz w:val="18"/>
              </w:rPr>
              <w:t>REFERRAL SOURCE INFORMATION</w:t>
            </w:r>
          </w:p>
        </w:tc>
      </w:tr>
      <w:tr w:rsidR="00ED2969" w14:paraId="2BAC41AC" w14:textId="77777777" w:rsidTr="00037913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403"/>
          <w:jc w:val="center"/>
        </w:trPr>
        <w:tc>
          <w:tcPr>
            <w:tcW w:w="64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E666EFE" w14:textId="7AC3FC7C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Person Making Referral: </w:t>
            </w:r>
            <w:r>
              <w:rPr>
                <w:sz w:val="16"/>
              </w:rPr>
              <w:t>___________</w:t>
            </w:r>
            <w:r w:rsidR="00037913">
              <w:rPr>
                <w:sz w:val="16"/>
              </w:rPr>
              <w:t>______________________________</w:t>
            </w:r>
            <w:r>
              <w:rPr>
                <w:sz w:val="16"/>
              </w:rPr>
              <w:t>__________________</w:t>
            </w:r>
          </w:p>
        </w:tc>
        <w:tc>
          <w:tcPr>
            <w:tcW w:w="46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ABCE50F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Date: </w:t>
            </w:r>
            <w:r>
              <w:rPr>
                <w:sz w:val="16"/>
              </w:rPr>
              <w:t>__________________________</w:t>
            </w:r>
          </w:p>
        </w:tc>
      </w:tr>
      <w:tr w:rsidR="00ED2969" w14:paraId="024A77BB" w14:textId="77777777" w:rsidTr="00037913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403"/>
          <w:jc w:val="center"/>
        </w:trPr>
        <w:tc>
          <w:tcPr>
            <w:tcW w:w="64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A60396E" w14:textId="2EB58192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Referral Organization / Agency: </w:t>
            </w:r>
            <w:r>
              <w:rPr>
                <w:sz w:val="16"/>
              </w:rPr>
              <w:t>________</w:t>
            </w:r>
            <w:r w:rsidR="00037913">
              <w:rPr>
                <w:sz w:val="16"/>
              </w:rPr>
              <w:t>________________________</w:t>
            </w:r>
            <w:r>
              <w:rPr>
                <w:sz w:val="16"/>
              </w:rPr>
              <w:t>_____________________</w:t>
            </w:r>
          </w:p>
        </w:tc>
        <w:tc>
          <w:tcPr>
            <w:tcW w:w="46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887F18D" w14:textId="250AF63E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Phone: </w:t>
            </w:r>
            <w:r>
              <w:rPr>
                <w:sz w:val="16"/>
              </w:rPr>
              <w:t>_____</w:t>
            </w:r>
            <w:r w:rsidR="00037913">
              <w:rPr>
                <w:sz w:val="16"/>
              </w:rPr>
              <w:t>________</w:t>
            </w:r>
            <w:r>
              <w:rPr>
                <w:sz w:val="16"/>
              </w:rPr>
              <w:t>_____________________</w:t>
            </w:r>
          </w:p>
        </w:tc>
      </w:tr>
      <w:tr w:rsidR="00ED2969" w14:paraId="32222EB7" w14:textId="77777777" w:rsidTr="00037913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403"/>
          <w:jc w:val="center"/>
        </w:trPr>
        <w:tc>
          <w:tcPr>
            <w:tcW w:w="64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7DDFFBAD" w14:textId="56F482A0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Case Manager / Contact Person: </w:t>
            </w:r>
            <w:r>
              <w:rPr>
                <w:sz w:val="16"/>
              </w:rPr>
              <w:t>______</w:t>
            </w:r>
            <w:r w:rsidR="00037913">
              <w:rPr>
                <w:sz w:val="16"/>
              </w:rPr>
              <w:t>_______________________</w:t>
            </w:r>
            <w:r>
              <w:rPr>
                <w:sz w:val="16"/>
              </w:rPr>
              <w:t>_______________________</w:t>
            </w:r>
          </w:p>
        </w:tc>
        <w:tc>
          <w:tcPr>
            <w:tcW w:w="46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14C70547" w14:textId="1C9CBC8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Email: </w:t>
            </w:r>
            <w:r>
              <w:rPr>
                <w:sz w:val="16"/>
              </w:rPr>
              <w:t>______</w:t>
            </w:r>
            <w:r w:rsidR="00037913">
              <w:rPr>
                <w:sz w:val="16"/>
              </w:rPr>
              <w:t>__________________________</w:t>
            </w:r>
            <w:r>
              <w:rPr>
                <w:sz w:val="16"/>
              </w:rPr>
              <w:t>____________________</w:t>
            </w:r>
          </w:p>
        </w:tc>
      </w:tr>
      <w:tr w:rsidR="00ED2969" w14:paraId="5A83AEA5" w14:textId="77777777">
        <w:trPr>
          <w:jc w:val="center"/>
        </w:trPr>
        <w:tc>
          <w:tcPr>
            <w:tcW w:w="11088" w:type="dxa"/>
            <w:gridSpan w:val="2"/>
            <w:shd w:val="clear" w:color="auto" w:fill="D8C8A8"/>
            <w:tcMar>
              <w:top w:w="35" w:type="dxa"/>
              <w:left w:w="65" w:type="dxa"/>
              <w:bottom w:w="35" w:type="dxa"/>
              <w:right w:w="65" w:type="dxa"/>
            </w:tcMar>
          </w:tcPr>
          <w:p w14:paraId="6466E59D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color w:val="6B2F0B"/>
                <w:sz w:val="18"/>
              </w:rPr>
              <w:t>CLIENT INFORMATION</w:t>
            </w:r>
          </w:p>
        </w:tc>
      </w:tr>
      <w:tr w:rsidR="00ED2969" w14:paraId="12CE62D7" w14:textId="77777777" w:rsidTr="00037913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403"/>
          <w:jc w:val="center"/>
        </w:trPr>
        <w:tc>
          <w:tcPr>
            <w:tcW w:w="64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8CFDE64" w14:textId="603AC7CF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Client Name: </w:t>
            </w:r>
            <w:r>
              <w:rPr>
                <w:sz w:val="16"/>
              </w:rPr>
              <w:t>___________________</w:t>
            </w:r>
            <w:r w:rsidR="00037913">
              <w:rPr>
                <w:sz w:val="16"/>
              </w:rPr>
              <w:t>___________________________________________</w:t>
            </w:r>
            <w:r>
              <w:rPr>
                <w:sz w:val="16"/>
              </w:rPr>
              <w:t>________</w:t>
            </w:r>
          </w:p>
        </w:tc>
        <w:tc>
          <w:tcPr>
            <w:tcW w:w="46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9934BC4" w14:textId="491DDA8A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Date of Birth: </w:t>
            </w:r>
            <w:r>
              <w:rPr>
                <w:sz w:val="16"/>
              </w:rPr>
              <w:t>_______________</w:t>
            </w:r>
            <w:r w:rsidR="00037913">
              <w:rPr>
                <w:sz w:val="16"/>
              </w:rPr>
              <w:t>________</w:t>
            </w:r>
            <w:r>
              <w:rPr>
                <w:sz w:val="16"/>
              </w:rPr>
              <w:t>________</w:t>
            </w:r>
          </w:p>
        </w:tc>
      </w:tr>
      <w:tr w:rsidR="00ED2969" w14:paraId="51B2826E" w14:textId="77777777" w:rsidTr="00037913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403"/>
          <w:jc w:val="center"/>
        </w:trPr>
        <w:tc>
          <w:tcPr>
            <w:tcW w:w="64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12B29445" w14:textId="3A7590B4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Address: </w:t>
            </w:r>
            <w:r>
              <w:rPr>
                <w:sz w:val="16"/>
              </w:rPr>
              <w:t>______</w:t>
            </w:r>
            <w:r w:rsidR="00037913">
              <w:rPr>
                <w:sz w:val="16"/>
              </w:rPr>
              <w:t>_______________________________________________</w:t>
            </w:r>
            <w:r>
              <w:rPr>
                <w:sz w:val="16"/>
              </w:rPr>
              <w:t>_____________________</w:t>
            </w:r>
          </w:p>
        </w:tc>
        <w:tc>
          <w:tcPr>
            <w:tcW w:w="46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67EEDD73" w14:textId="217C6625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Phone: </w:t>
            </w:r>
            <w:r>
              <w:rPr>
                <w:sz w:val="16"/>
              </w:rPr>
              <w:t>___________________</w:t>
            </w:r>
            <w:r w:rsidR="00037913">
              <w:rPr>
                <w:sz w:val="16"/>
              </w:rPr>
              <w:t>________________________</w:t>
            </w:r>
            <w:r>
              <w:rPr>
                <w:sz w:val="16"/>
              </w:rPr>
              <w:t>____</w:t>
            </w:r>
          </w:p>
        </w:tc>
      </w:tr>
      <w:tr w:rsidR="00ED2969" w14:paraId="554C459C" w14:textId="77777777" w:rsidTr="00037913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403"/>
          <w:jc w:val="center"/>
        </w:trPr>
        <w:tc>
          <w:tcPr>
            <w:tcW w:w="64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842A741" w14:textId="1BB1D5DA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Email: </w:t>
            </w:r>
            <w:r>
              <w:rPr>
                <w:sz w:val="16"/>
              </w:rPr>
              <w:t>______</w:t>
            </w:r>
            <w:r w:rsidR="00037913">
              <w:rPr>
                <w:sz w:val="16"/>
              </w:rPr>
              <w:t>__________________________________________________</w:t>
            </w:r>
            <w:r>
              <w:rPr>
                <w:sz w:val="16"/>
              </w:rPr>
              <w:t>_____________________</w:t>
            </w:r>
          </w:p>
        </w:tc>
        <w:tc>
          <w:tcPr>
            <w:tcW w:w="46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01734AA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Preferred Contact Method: </w:t>
            </w:r>
            <w:r>
              <w:rPr>
                <w:sz w:val="16"/>
              </w:rPr>
              <w:t>_______________________</w:t>
            </w:r>
          </w:p>
        </w:tc>
      </w:tr>
      <w:tr w:rsidR="00ED2969" w14:paraId="73F36F81" w14:textId="77777777" w:rsidTr="00037913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403"/>
          <w:jc w:val="center"/>
        </w:trPr>
        <w:tc>
          <w:tcPr>
            <w:tcW w:w="64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6A174211" w14:textId="3A22E8A3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Parent/Guardian (if applicable): </w:t>
            </w:r>
            <w:r>
              <w:rPr>
                <w:sz w:val="16"/>
              </w:rPr>
              <w:t>___________</w:t>
            </w:r>
            <w:r w:rsidR="00037913">
              <w:rPr>
                <w:sz w:val="16"/>
              </w:rPr>
              <w:t>_______________________</w:t>
            </w:r>
            <w:r>
              <w:rPr>
                <w:sz w:val="16"/>
              </w:rPr>
              <w:t>________________</w:t>
            </w:r>
          </w:p>
        </w:tc>
        <w:tc>
          <w:tcPr>
            <w:tcW w:w="46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194E828F" w14:textId="0467405E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 xml:space="preserve">Parent/Guardian Phone: </w:t>
            </w:r>
            <w:r>
              <w:rPr>
                <w:sz w:val="16"/>
              </w:rPr>
              <w:t>____</w:t>
            </w:r>
            <w:r w:rsidR="00037913">
              <w:rPr>
                <w:sz w:val="16"/>
              </w:rPr>
              <w:t>___________</w:t>
            </w:r>
            <w:r>
              <w:rPr>
                <w:sz w:val="16"/>
              </w:rPr>
              <w:t>___________________</w:t>
            </w:r>
          </w:p>
        </w:tc>
      </w:tr>
    </w:tbl>
    <w:p w14:paraId="5D09939C" w14:textId="04E7337B" w:rsidR="00ED2969" w:rsidRDefault="00F640DC">
      <w:pPr>
        <w:spacing w:after="40"/>
        <w:rPr>
          <w:rFonts w:hint="eastAsia"/>
        </w:rPr>
      </w:pPr>
      <w:r>
        <w:rPr>
          <w:b/>
          <w:sz w:val="16"/>
        </w:rPr>
        <w:t xml:space="preserve">Preferred Language: </w:t>
      </w:r>
      <w:r>
        <w:rPr>
          <w:sz w:val="16"/>
        </w:rPr>
        <w:t>☐</w:t>
      </w:r>
      <w:r>
        <w:rPr>
          <w:sz w:val="16"/>
        </w:rPr>
        <w:t xml:space="preserve"> Spanish   ☐ English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44"/>
        <w:gridCol w:w="5544"/>
      </w:tblGrid>
      <w:tr w:rsidR="00ED2969" w14:paraId="241BE2D0" w14:textId="77777777">
        <w:trPr>
          <w:jc w:val="center"/>
        </w:trPr>
        <w:tc>
          <w:tcPr>
            <w:tcW w:w="11088" w:type="dxa"/>
            <w:gridSpan w:val="2"/>
            <w:shd w:val="clear" w:color="auto" w:fill="D8C8A8"/>
            <w:tcMar>
              <w:top w:w="35" w:type="dxa"/>
              <w:left w:w="65" w:type="dxa"/>
              <w:bottom w:w="35" w:type="dxa"/>
              <w:right w:w="65" w:type="dxa"/>
            </w:tcMar>
          </w:tcPr>
          <w:p w14:paraId="5370A94D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color w:val="6B2F0B"/>
                <w:sz w:val="18"/>
              </w:rPr>
              <w:t>CLIENT REFERRED FOR - CHECK ALL THAT APPLY</w:t>
            </w:r>
          </w:p>
        </w:tc>
      </w:tr>
      <w:tr w:rsidR="00ED2969" w14:paraId="7B7B5E05" w14:textId="77777777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388"/>
          <w:jc w:val="center"/>
        </w:trPr>
        <w:tc>
          <w:tcPr>
            <w:tcW w:w="554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5CD9185B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Anger Management Program</w:t>
            </w:r>
          </w:p>
        </w:tc>
        <w:tc>
          <w:tcPr>
            <w:tcW w:w="554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F885040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Domestic Violence / Healthy Relationships Program</w:t>
            </w:r>
          </w:p>
        </w:tc>
      </w:tr>
      <w:tr w:rsidR="00ED2969" w14:paraId="2EE8D9E6" w14:textId="77777777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388"/>
          <w:jc w:val="center"/>
        </w:trPr>
        <w:tc>
          <w:tcPr>
            <w:tcW w:w="554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6D2DD8D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Individual Counseling / Psychotherapy</w:t>
            </w:r>
          </w:p>
        </w:tc>
        <w:tc>
          <w:tcPr>
            <w:tcW w:w="554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28A4E41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Substance Use Evaluation / Counseling</w:t>
            </w:r>
          </w:p>
        </w:tc>
      </w:tr>
      <w:tr w:rsidR="00ED2969" w14:paraId="040AB9F3" w14:textId="77777777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388"/>
          <w:jc w:val="center"/>
        </w:trPr>
        <w:tc>
          <w:tcPr>
            <w:tcW w:w="554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35FC0E91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Assessment / Evaluation</w:t>
            </w:r>
          </w:p>
        </w:tc>
        <w:tc>
          <w:tcPr>
            <w:tcW w:w="554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1C7AB7E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Other: ______________________________</w:t>
            </w:r>
          </w:p>
        </w:tc>
      </w:tr>
      <w:tr w:rsidR="00ED2969" w14:paraId="61F6C2D0" w14:textId="77777777">
        <w:trPr>
          <w:jc w:val="center"/>
        </w:trPr>
        <w:tc>
          <w:tcPr>
            <w:tcW w:w="11088" w:type="dxa"/>
            <w:gridSpan w:val="2"/>
            <w:shd w:val="clear" w:color="auto" w:fill="D8C8A8"/>
            <w:tcMar>
              <w:top w:w="35" w:type="dxa"/>
              <w:left w:w="65" w:type="dxa"/>
              <w:bottom w:w="35" w:type="dxa"/>
              <w:right w:w="65" w:type="dxa"/>
            </w:tcMar>
          </w:tcPr>
          <w:p w14:paraId="2A8C4318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color w:val="6B2F0B"/>
                <w:sz w:val="18"/>
              </w:rPr>
              <w:t>REFERRAL REASON / IMPORTANT INFORMATION</w:t>
            </w:r>
          </w:p>
        </w:tc>
      </w:tr>
      <w:tr w:rsidR="00ED2969" w14:paraId="5B5726FD" w14:textId="77777777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950"/>
          <w:jc w:val="center"/>
        </w:trPr>
        <w:tc>
          <w:tcPr>
            <w:tcW w:w="11088" w:type="dxa"/>
            <w:gridSpan w:val="2"/>
            <w:tcMar>
              <w:top w:w="50" w:type="dxa"/>
              <w:left w:w="65" w:type="dxa"/>
              <w:bottom w:w="50" w:type="dxa"/>
              <w:right w:w="65" w:type="dxa"/>
            </w:tcMar>
          </w:tcPr>
          <w:p w14:paraId="529C9042" w14:textId="09D8E43B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>Reason for Referral / Presenting Concern / Additional Information:</w:t>
            </w:r>
            <w:r>
              <w:br/>
            </w:r>
            <w:r>
              <w:br/>
            </w:r>
            <w:r>
              <w:rPr>
                <w:sz w:val="16"/>
              </w:rPr>
              <w:t>______________________________________________________________________________________________</w:t>
            </w:r>
            <w:r w:rsidR="00037913">
              <w:rPr>
                <w:sz w:val="16"/>
              </w:rPr>
              <w:t>___________________________________</w:t>
            </w:r>
            <w:r>
              <w:rPr>
                <w:sz w:val="16"/>
              </w:rPr>
              <w:t>______________</w:t>
            </w:r>
            <w:r>
              <w:rPr>
                <w:sz w:val="16"/>
              </w:rPr>
              <w:br/>
              <w:t>__________________________________________________________________________________________________</w:t>
            </w:r>
            <w:r w:rsidR="00037913">
              <w:rPr>
                <w:sz w:val="16"/>
              </w:rPr>
              <w:t>___________________________________</w:t>
            </w:r>
            <w:r>
              <w:rPr>
                <w:sz w:val="16"/>
              </w:rPr>
              <w:t>__________</w:t>
            </w:r>
          </w:p>
        </w:tc>
      </w:tr>
      <w:tr w:rsidR="00ED2969" w14:paraId="72BBAE3B" w14:textId="77777777">
        <w:tblPrEx>
          <w:tblBorders>
            <w:top w:val="single" w:sz="4" w:space="0" w:color="B7AA93"/>
            <w:left w:val="single" w:sz="4" w:space="0" w:color="B7AA93"/>
            <w:bottom w:val="single" w:sz="4" w:space="0" w:color="B7AA93"/>
            <w:right w:val="single" w:sz="4" w:space="0" w:color="B7AA93"/>
            <w:insideH w:val="single" w:sz="4" w:space="0" w:color="B7AA93"/>
            <w:insideV w:val="single" w:sz="4" w:space="0" w:color="B7AA93"/>
          </w:tblBorders>
        </w:tblPrEx>
        <w:trPr>
          <w:trHeight w:val="792"/>
          <w:jc w:val="center"/>
        </w:trPr>
        <w:tc>
          <w:tcPr>
            <w:tcW w:w="11088" w:type="dxa"/>
            <w:gridSpan w:val="2"/>
            <w:tcMar>
              <w:top w:w="50" w:type="dxa"/>
              <w:left w:w="65" w:type="dxa"/>
              <w:bottom w:w="50" w:type="dxa"/>
              <w:right w:w="65" w:type="dxa"/>
            </w:tcMar>
          </w:tcPr>
          <w:p w14:paraId="397FB125" w14:textId="78113148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6"/>
              </w:rPr>
              <w:t>Court / Agency Requirements, Program Length, Deadline, Next Court Date, or Reporting Needs:</w:t>
            </w:r>
            <w:r>
              <w:br/>
            </w:r>
            <w:r>
              <w:rPr>
                <w:sz w:val="16"/>
              </w:rPr>
              <w:t>_________________________________________________________________________________________________</w:t>
            </w:r>
            <w:r w:rsidR="00037913">
              <w:rPr>
                <w:sz w:val="16"/>
              </w:rPr>
              <w:t>___________________________________</w:t>
            </w:r>
            <w:r>
              <w:rPr>
                <w:sz w:val="16"/>
              </w:rPr>
              <w:t>___________</w:t>
            </w:r>
            <w:r>
              <w:rPr>
                <w:sz w:val="16"/>
              </w:rPr>
              <w:br/>
              <w:t>__________________________________________________________________________________________________</w:t>
            </w:r>
            <w:r w:rsidR="00037913">
              <w:rPr>
                <w:sz w:val="16"/>
              </w:rPr>
              <w:t>___________________________________</w:t>
            </w:r>
            <w:r>
              <w:rPr>
                <w:sz w:val="16"/>
              </w:rPr>
              <w:t>__________</w:t>
            </w:r>
          </w:p>
        </w:tc>
      </w:tr>
      <w:tr w:rsidR="00ED2969" w14:paraId="26B05950" w14:textId="77777777">
        <w:trPr>
          <w:jc w:val="center"/>
        </w:trPr>
        <w:tc>
          <w:tcPr>
            <w:tcW w:w="11088" w:type="dxa"/>
            <w:gridSpan w:val="2"/>
            <w:shd w:val="clear" w:color="auto" w:fill="D8C8A8"/>
            <w:tcMar>
              <w:top w:w="35" w:type="dxa"/>
              <w:left w:w="65" w:type="dxa"/>
              <w:bottom w:w="35" w:type="dxa"/>
              <w:right w:w="65" w:type="dxa"/>
            </w:tcMar>
          </w:tcPr>
          <w:p w14:paraId="25180CD0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color w:val="6B2F0B"/>
                <w:sz w:val="18"/>
              </w:rPr>
              <w:t>REQUESTED COMMUNICATION FROM AGUAS</w:t>
            </w:r>
          </w:p>
        </w:tc>
      </w:tr>
    </w:tbl>
    <w:p w14:paraId="565F0C0E" w14:textId="77777777" w:rsidR="00ED2969" w:rsidRDefault="00F640DC">
      <w:pPr>
        <w:spacing w:after="40"/>
        <w:rPr>
          <w:rFonts w:hint="eastAsia"/>
        </w:rPr>
      </w:pPr>
      <w:r>
        <w:rPr>
          <w:sz w:val="16"/>
        </w:rPr>
        <w:t>☐</w:t>
      </w:r>
      <w:r>
        <w:rPr>
          <w:sz w:val="16"/>
        </w:rPr>
        <w:t xml:space="preserve"> Appointment / Enrollment Verification    ☐ Assessment Recommendation / Service Plan    ☐ Attendance / Progress Updates</w:t>
      </w:r>
    </w:p>
    <w:p w14:paraId="175E658E" w14:textId="77777777" w:rsidR="00ED2969" w:rsidRDefault="00F640DC">
      <w:pPr>
        <w:spacing w:after="40"/>
        <w:rPr>
          <w:rFonts w:hint="eastAsia"/>
        </w:rPr>
      </w:pPr>
      <w:r>
        <w:rPr>
          <w:sz w:val="16"/>
        </w:rPr>
        <w:t>☐</w:t>
      </w:r>
      <w:r>
        <w:rPr>
          <w:sz w:val="16"/>
        </w:rPr>
        <w:t xml:space="preserve"> Completion Verification    ☐ Non-Compliance Notification    ☐ Other: 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88"/>
      </w:tblGrid>
      <w:tr w:rsidR="00ED2969" w14:paraId="6A0968EF" w14:textId="77777777">
        <w:trPr>
          <w:jc w:val="center"/>
        </w:trPr>
        <w:tc>
          <w:tcPr>
            <w:tcW w:w="11088" w:type="dxa"/>
            <w:shd w:val="clear" w:color="auto" w:fill="D8C8A8"/>
            <w:tcMar>
              <w:top w:w="35" w:type="dxa"/>
              <w:left w:w="65" w:type="dxa"/>
              <w:bottom w:w="35" w:type="dxa"/>
              <w:right w:w="65" w:type="dxa"/>
            </w:tcMar>
          </w:tcPr>
          <w:p w14:paraId="1B6AC4B7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color w:val="6B2F0B"/>
                <w:sz w:val="18"/>
              </w:rPr>
              <w:t>CLIENT PERMISSION FOR REFERRAL</w:t>
            </w:r>
          </w:p>
        </w:tc>
      </w:tr>
    </w:tbl>
    <w:p w14:paraId="060B8B78" w14:textId="77777777" w:rsidR="00ED2969" w:rsidRDefault="00F640DC">
      <w:pPr>
        <w:spacing w:after="40"/>
        <w:rPr>
          <w:rFonts w:hint="eastAsia"/>
        </w:rPr>
      </w:pPr>
      <w:r>
        <w:rPr>
          <w:b/>
          <w:sz w:val="15"/>
        </w:rPr>
        <w:t xml:space="preserve">English: </w:t>
      </w:r>
      <w:r>
        <w:rPr>
          <w:sz w:val="15"/>
        </w:rPr>
        <w:t>I authorize the referral source listed above to share the information on this form with AGUAS Latino Counseling Services, LLC for referral, intake coordination, and scheduling. I understand that a separate written Authorization to Release Information may be required before AGUAS releases assessment, attendance, progress, completion, or other clinical information to the referral source.</w:t>
      </w:r>
    </w:p>
    <w:p w14:paraId="03F22AA0" w14:textId="77777777" w:rsidR="00ED2969" w:rsidRDefault="00F640DC">
      <w:pPr>
        <w:spacing w:after="40"/>
        <w:rPr>
          <w:rFonts w:hint="eastAsia"/>
        </w:rPr>
      </w:pPr>
      <w:r>
        <w:rPr>
          <w:b/>
          <w:sz w:val="15"/>
        </w:rPr>
        <w:t xml:space="preserve">Español: </w:t>
      </w:r>
      <w:r>
        <w:rPr>
          <w:sz w:val="15"/>
        </w:rPr>
        <w:t>Autorizo a la fuente de referencia indicada arriba a compartir la información de este formulario con AGUAS Latino Counseling Services, LLC para el referido, la coordinación de admisión y la programación de citas. Entiendo que puede requerirse una Autorización para Divulgar Información por separado antes de que AGUAS divulgue información de evaluación, asistencia, progreso, finalización u otra información clínica a la fuente de referencia.</w:t>
      </w:r>
    </w:p>
    <w:tbl>
      <w:tblPr>
        <w:tblW w:w="0" w:type="auto"/>
        <w:jc w:val="center"/>
        <w:tblBorders>
          <w:top w:val="single" w:sz="4" w:space="0" w:color="B7AA93"/>
          <w:left w:val="single" w:sz="4" w:space="0" w:color="B7AA93"/>
          <w:bottom w:val="single" w:sz="4" w:space="0" w:color="B7AA93"/>
          <w:right w:val="single" w:sz="4" w:space="0" w:color="B7AA93"/>
          <w:insideH w:val="single" w:sz="4" w:space="0" w:color="B7AA93"/>
          <w:insideV w:val="single" w:sz="4" w:space="0" w:color="B7AA93"/>
        </w:tblBorders>
        <w:tblLayout w:type="fixed"/>
        <w:tblLook w:val="04A0" w:firstRow="1" w:lastRow="0" w:firstColumn="1" w:lastColumn="0" w:noHBand="0" w:noVBand="1"/>
      </w:tblPr>
      <w:tblGrid>
        <w:gridCol w:w="7380"/>
        <w:gridCol w:w="3708"/>
      </w:tblGrid>
      <w:tr w:rsidR="00ED2969" w14:paraId="5705C8B3" w14:textId="77777777" w:rsidTr="00037913">
        <w:trPr>
          <w:jc w:val="center"/>
        </w:trPr>
        <w:tc>
          <w:tcPr>
            <w:tcW w:w="7380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7C5A0028" w14:textId="0B12E610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 xml:space="preserve">Client / Legal Representative Signature: </w:t>
            </w:r>
            <w:r>
              <w:rPr>
                <w:sz w:val="15"/>
              </w:rPr>
              <w:t>________</w:t>
            </w:r>
            <w:r w:rsidR="00037913">
              <w:rPr>
                <w:sz w:val="15"/>
              </w:rPr>
              <w:t>__________________</w:t>
            </w:r>
            <w:r>
              <w:rPr>
                <w:sz w:val="15"/>
              </w:rPr>
              <w:t>_</w:t>
            </w:r>
            <w:r w:rsidR="00037913">
              <w:rPr>
                <w:sz w:val="15"/>
              </w:rPr>
              <w:t>____________________</w:t>
            </w:r>
            <w:r>
              <w:rPr>
                <w:sz w:val="15"/>
              </w:rPr>
              <w:t>__________</w:t>
            </w:r>
          </w:p>
        </w:tc>
        <w:tc>
          <w:tcPr>
            <w:tcW w:w="370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3C4FC0A" w14:textId="0C27050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 xml:space="preserve">Date: </w:t>
            </w:r>
            <w:r>
              <w:rPr>
                <w:sz w:val="15"/>
              </w:rPr>
              <w:t>___</w:t>
            </w:r>
            <w:r w:rsidR="00037913">
              <w:rPr>
                <w:sz w:val="15"/>
              </w:rPr>
              <w:t>_________________</w:t>
            </w:r>
            <w:r>
              <w:rPr>
                <w:sz w:val="15"/>
              </w:rPr>
              <w:t>_________________</w:t>
            </w:r>
          </w:p>
        </w:tc>
      </w:tr>
      <w:tr w:rsidR="00ED2969" w14:paraId="2C8837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088" w:type="dxa"/>
            <w:gridSpan w:val="2"/>
            <w:shd w:val="clear" w:color="auto" w:fill="D8C8A8"/>
            <w:tcMar>
              <w:top w:w="35" w:type="dxa"/>
              <w:left w:w="65" w:type="dxa"/>
              <w:bottom w:w="35" w:type="dxa"/>
              <w:right w:w="65" w:type="dxa"/>
            </w:tcMar>
          </w:tcPr>
          <w:p w14:paraId="13F1564B" w14:textId="77777777" w:rsidR="00ED2969" w:rsidRDefault="00F640DC">
            <w:pPr>
              <w:spacing w:after="0"/>
              <w:rPr>
                <w:rFonts w:hint="eastAsia"/>
              </w:rPr>
            </w:pPr>
            <w:r>
              <w:rPr>
                <w:b/>
                <w:color w:val="6B2F0B"/>
                <w:sz w:val="18"/>
              </w:rPr>
              <w:t>REFERRAL INSTRUCTIONS</w:t>
            </w:r>
          </w:p>
        </w:tc>
      </w:tr>
    </w:tbl>
    <w:p w14:paraId="00D3F11B" w14:textId="1C8243FD" w:rsidR="00ED2969" w:rsidRDefault="00F640DC">
      <w:pPr>
        <w:spacing w:after="20"/>
        <w:rPr>
          <w:rFonts w:hint="eastAsia"/>
        </w:rPr>
      </w:pPr>
      <w:r>
        <w:rPr>
          <w:sz w:val="15"/>
        </w:rPr>
        <w:t>• Please attach</w:t>
      </w:r>
      <w:r>
        <w:rPr>
          <w:sz w:val="15"/>
        </w:rPr>
        <w:t xml:space="preserve"> documents reasonably necessary for the referral (for example, a court order or incident/police report when relevant and legally permitted).</w:t>
      </w:r>
    </w:p>
    <w:p w14:paraId="5DD547CA" w14:textId="77777777" w:rsidR="00ED2969" w:rsidRDefault="00F640DC">
      <w:pPr>
        <w:spacing w:after="20"/>
        <w:rPr>
          <w:rFonts w:hint="eastAsia"/>
        </w:rPr>
      </w:pPr>
      <w:r>
        <w:rPr>
          <w:sz w:val="15"/>
        </w:rPr>
        <w:t xml:space="preserve">• Please advise the referred client to contact AGUAS within two (2) business days at </w:t>
      </w:r>
      <w:r w:rsidRPr="00037913">
        <w:rPr>
          <w:b/>
          <w:bCs/>
          <w:sz w:val="15"/>
        </w:rPr>
        <w:t>540-372-7211</w:t>
      </w:r>
      <w:r>
        <w:rPr>
          <w:sz w:val="15"/>
        </w:rPr>
        <w:t>.</w:t>
      </w:r>
    </w:p>
    <w:p w14:paraId="5A2FE5F3" w14:textId="77777777" w:rsidR="00ED2969" w:rsidRDefault="00F640DC">
      <w:pPr>
        <w:spacing w:after="20"/>
        <w:rPr>
          <w:rFonts w:hint="eastAsia"/>
        </w:rPr>
      </w:pPr>
      <w:r>
        <w:rPr>
          <w:sz w:val="15"/>
        </w:rPr>
        <w:t>• Submission of this referral does not guarantee acceptance or enrollment. AGUAS will determine service appropriateness, availability, and intake/assessment requirements.</w:t>
      </w:r>
    </w:p>
    <w:p w14:paraId="7A959136" w14:textId="6386482D" w:rsidR="00ED2969" w:rsidRDefault="00F640DC">
      <w:pPr>
        <w:spacing w:after="20"/>
        <w:rPr>
          <w:rFonts w:hint="eastAsia"/>
        </w:rPr>
      </w:pPr>
      <w:r>
        <w:rPr>
          <w:sz w:val="15"/>
        </w:rPr>
        <w:t>• Do not use this form for emergencies.  S</w:t>
      </w:r>
      <w:r>
        <w:rPr>
          <w:sz w:val="15"/>
        </w:rPr>
        <w:t>ubmission method / email</w:t>
      </w:r>
      <w:r>
        <w:rPr>
          <w:sz w:val="15"/>
        </w:rPr>
        <w:t xml:space="preserve">: </w:t>
      </w:r>
      <w:r w:rsidR="00037913">
        <w:rPr>
          <w:sz w:val="15"/>
        </w:rPr>
        <w:t xml:space="preserve"> info@aguaslatcounseling.com</w:t>
      </w:r>
    </w:p>
    <w:sectPr w:rsidR="00ED2969" w:rsidSect="00034616">
      <w:footerReference w:type="default" r:id="rId9"/>
      <w:pgSz w:w="12240" w:h="15840"/>
      <w:pgMar w:top="461" w:right="576" w:bottom="461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0299E" w14:textId="77777777" w:rsidR="00F640DC" w:rsidRDefault="00F640D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1FEEE6B" w14:textId="77777777" w:rsidR="00F640DC" w:rsidRDefault="00F640D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C3FC" w14:textId="77777777" w:rsidR="00ED2969" w:rsidRDefault="00F640DC">
    <w:pPr>
      <w:pStyle w:val="Footer"/>
      <w:jc w:val="center"/>
      <w:rPr>
        <w:rFonts w:hint="eastAsia"/>
      </w:rPr>
    </w:pPr>
    <w:r>
      <w:rPr>
        <w:sz w:val="13"/>
      </w:rPr>
      <w:t xml:space="preserve">AGUAS Latino Counseling Services, </w:t>
    </w:r>
    <w:proofErr w:type="gramStart"/>
    <w:r>
      <w:rPr>
        <w:sz w:val="13"/>
      </w:rPr>
      <w:t>LLC  |</w:t>
    </w:r>
    <w:proofErr w:type="gramEnd"/>
    <w:r>
      <w:rPr>
        <w:sz w:val="13"/>
      </w:rPr>
      <w:t xml:space="preserve">  120 Falcon Drive, Suite 6, Fredericksburg, VA </w:t>
    </w:r>
    <w:proofErr w:type="gramStart"/>
    <w:r>
      <w:rPr>
        <w:sz w:val="13"/>
      </w:rPr>
      <w:t>22408  |</w:t>
    </w:r>
    <w:proofErr w:type="gramEnd"/>
    <w:r>
      <w:rPr>
        <w:sz w:val="13"/>
      </w:rPr>
      <w:t xml:space="preserve">  540-372-</w:t>
    </w:r>
    <w:proofErr w:type="gramStart"/>
    <w:r>
      <w:rPr>
        <w:sz w:val="13"/>
      </w:rPr>
      <w:t>7211  |</w:t>
    </w:r>
    <w:proofErr w:type="gramEnd"/>
    <w:r>
      <w:rPr>
        <w:sz w:val="13"/>
      </w:rPr>
      <w:t xml:space="preserve">  Rev. 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C480" w14:textId="77777777" w:rsidR="00F640DC" w:rsidRDefault="00F640D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D19E373" w14:textId="77777777" w:rsidR="00F640DC" w:rsidRDefault="00F640D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909897">
    <w:abstractNumId w:val="8"/>
  </w:num>
  <w:num w:numId="2" w16cid:durableId="1052924147">
    <w:abstractNumId w:val="6"/>
  </w:num>
  <w:num w:numId="3" w16cid:durableId="2147313395">
    <w:abstractNumId w:val="5"/>
  </w:num>
  <w:num w:numId="4" w16cid:durableId="459303372">
    <w:abstractNumId w:val="4"/>
  </w:num>
  <w:num w:numId="5" w16cid:durableId="941377914">
    <w:abstractNumId w:val="7"/>
  </w:num>
  <w:num w:numId="6" w16cid:durableId="1984118684">
    <w:abstractNumId w:val="3"/>
  </w:num>
  <w:num w:numId="7" w16cid:durableId="200094328">
    <w:abstractNumId w:val="2"/>
  </w:num>
  <w:num w:numId="8" w16cid:durableId="1255237065">
    <w:abstractNumId w:val="1"/>
  </w:num>
  <w:num w:numId="9" w16cid:durableId="25914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913"/>
    <w:rsid w:val="0006063C"/>
    <w:rsid w:val="0015074B"/>
    <w:rsid w:val="0029639D"/>
    <w:rsid w:val="002965B8"/>
    <w:rsid w:val="00326F90"/>
    <w:rsid w:val="00AA1D8D"/>
    <w:rsid w:val="00B47730"/>
    <w:rsid w:val="00CB0664"/>
    <w:rsid w:val="00ED2969"/>
    <w:rsid w:val="00F640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08C7A7"/>
  <w14:defaultImageDpi w14:val="300"/>
  <w15:docId w15:val="{1FCD4162-2367-48FE-BC66-E8636FCB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Luz Gonzalez</cp:lastModifiedBy>
  <cp:revision>3</cp:revision>
  <dcterms:created xsi:type="dcterms:W3CDTF">2026-08-09T01:27:00Z</dcterms:created>
  <dcterms:modified xsi:type="dcterms:W3CDTF">2026-08-09T01:29:00Z</dcterms:modified>
  <cp:category/>
</cp:coreProperties>
</file>